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2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납세증명서 발급 위임장</w:t>
      </w:r>
    </w:p>
    <w:p>
      <w:pPr>
        <w:spacing w:after="129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03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본인은 아래 대리인에게 납세증명서 발급 신청에 관한 권한을 위임합니다.</w:t>
      </w:r>
    </w:p>
    <w:p>
      <w:pPr>
        <w:spacing w:after="52" w:before="10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위임인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5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성명(상호)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대표자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사업자등록번호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10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대리인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5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위임인과의 관계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10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위임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65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서류 종류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납세증명서   통수:      통</w:t>
            </w:r>
          </w:p>
        </w:tc>
      </w:tr>
      <w:tr>
        <w:trPr>
          <w:trHeight w:val="65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용도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제출처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 기간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20   년  월  일 ~ 20   년  월  일</w:t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대리인은 위임받은 범위 안에서만 위 서류를 발급받아 사용합니다.</w:t>
      </w:r>
    </w:p>
    <w:p>
      <w:pPr>
        <w:spacing w:after="52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위임 기간이 끝나면 본 위임장의 효력은 소멸합니다.</w:t>
      </w:r>
    </w:p>
    <w:p>
      <w:pPr>
        <w:spacing w:after="103" w:before="103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03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위임인 :                                        (서명 또는 인)</w:t>
      </w:r>
    </w:p>
    <w:p>
      <w:pPr>
        <w:spacing w:after="103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대리인 :                                        (서명 또는 인)</w:t>
      </w:r>
    </w:p>
    <w:p>
      <w:pPr>
        <w:spacing w:after="0" w:before="78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대리 발급에 필요한 신분증·추가 서류는 발급 기관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