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수술·시술 동의서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환자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병동·병실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수술·시술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진단명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수술명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예정 일시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집도의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설명받은 사항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항목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여부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환자 이해 확인</w:t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진단명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수술의 목적과 필요성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수술 방법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예상되는 합병증과 후유증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수술 미시행 시 예후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대체 가능한 치료법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설명한 의료인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면허번호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설명 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서명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본인(법정대리인)은 위 수술·시술에 관한 설명을 충분히 듣고 이해하였으며, 수술·시술 시행에 동의합니다.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 본인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법정대리인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수술·시술 동의 확인이며, 보유기간은 관계 법령에 따라 보관한 후 파기합니다.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