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비  품  구  매  요  청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신청부서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예상 구매일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예산 과목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구매 품목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규격(사양)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예상단가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합계</w:t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구매 사유 및 용도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비품 구매의 필요성, 사용 부서, 구체적인 용도를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비고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업체 지정, 반납 예정일, 기타 특이사항을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8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팀장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임원 (인)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 (인)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