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학습계획표</w:t>
      </w:r>
    </w:p>
    <w:p>
      <w:pPr>
        <w:spacing w:after="10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24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계획 기간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주간 학습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주간 목표</w:t>
      </w:r>
    </w:p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이번 주 달성하고자 하는 학습 목표를 구체적으로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1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주간 회고</w:t>
      </w:r>
    </w:p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실제 진행 상황, 어려웠던 점, 개선할 사항을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계획에 맞춰 진행하지 못한 부분은 그 이유를 분석하고, 다음 주 계획에 반영하십시오.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