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결  석  계</w:t>
      </w:r>
    </w:p>
    <w:p>
      <w:pPr>
        <w:spacing w:after="114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학생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학교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학년-반-번호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학생 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보호자 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결석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결석 기간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  <w:tr>
        <w:trPr>
          <w:trHeight w:val="51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결석 사유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   ) 질병   (   ) 경조사   (   ) 가정 사정   (   ) 기타</w:t>
            </w:r>
          </w:p>
        </w:tc>
      </w:tr>
      <w:tr>
        <w:trPr>
          <w:trHeight w:val="51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결석 일수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증빙 서류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결석 사유 상세</w:t>
      </w:r>
    </w:p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결석하게 된 경위와 사유를 구체적으로 적으십시오. 증빙 서류가 있으면 종류를 함께 적습니다.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94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위와 같이 결석하였음을 확인하고 이에 제출합니다.</w:t>
      </w:r>
    </w:p>
    <w:p>
      <w:pPr>
        <w:spacing w:after="92" w:before="9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보호자 :                                        (서명 또는 인)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학생 :                                        (서명 또는 인)</w:t>
      </w:r>
    </w:p>
    <w:p>
      <w:pPr>
        <w:spacing w:after="9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○○학교 담임교사 귀하</w:t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학교 확인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9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담임 확인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결석 처리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0" w:before="6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결석 인정 여부와 증빙 서류 기준은 학교 학업성적관리규정·학사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