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주식인수청약서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발행회사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대표이사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본점 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청약자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성명(법인명)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인수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주식의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인수 주식 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1주당 발행가액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 납입 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납입 기일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납입 계좌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귀사가 발행하는 주식을 인수하고자 청약합니다.</w:t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청약자 :                                        (서명 또는 인)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1"/>
        </w:rPr>
        <w:t>귀중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발행 조건은 정관과 이사회·주주총회 결의 내용을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