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진  술  서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진술인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당사자 / 목격자 / 관계인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제출처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사건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발생장소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관련자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진술 내용</w:t>
      </w:r>
    </w:p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직접 보고 들은 사실을 시간 순서대로 육하원칙에 따라 기재하십시오. 추측과 사실을 구분해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9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첨부 증거자료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자료명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형식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설명</w:t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진술 내용은 본인이 직접 경험한 사실과 다름이 없으며, 허위로 진술한 경우 그에 따른 책임을 감수할 것을 서약합니다.</w:t>
      </w:r>
    </w:p>
    <w:p>
      <w:pPr>
        <w:spacing w:after="53" w:before="5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진술인 :                                        (서명 또는 인)</w:t>
      </w:r>
    </w:p>
    <w:p>
      <w:pPr>
        <w:spacing w:after="0" w:before="4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제출처에 따라 요구하는 양식과 첨부 요건이 다를 수 있으므로 제출 전에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