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3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창업 준비 체크리스트</w:t>
      </w:r>
    </w:p>
    <w:p>
      <w:pPr>
        <w:spacing w:after="157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12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단계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준비항목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기한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완료여부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3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4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완료 여부는 체크(☑)로 표시하고, 진행 중인 항목은 비고에 진행 상황을 간단히 기재하십시오.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