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후  원  신  청  서</w:t>
      </w:r>
    </w:p>
    <w:p>
      <w:pPr>
        <w:spacing w:after="6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후원자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성명(단체명)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가입 경로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후원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후원 유형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정기후원 / 일시후원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후원 시작일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후원 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월(회)          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납부일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매월      일</w:t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후원 지정 사업 (해당 시)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납부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납부 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자동이체 / 카드 / 무통장입금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금융기관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계좌(카드) 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예금주(명의자)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29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기부금 영수증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발급 / 미발급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발급 명의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5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동의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6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항목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수집·이용 목적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보유기간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여부</w:t>
            </w:r>
          </w:p>
        </w:tc>
      </w:tr>
      <w:tr>
        <w:trPr>
          <w:trHeight w:val="336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6" w:hRule="atLeast"/>
        </w:trPr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후원자 정보는 후원금 관리와 영수증 발급, 안내 목적으로만 이용합니다.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후원 금액과 납부 방법은 언제든지 변경하거나 중단할 수 있습니다.</w:t>
      </w:r>
    </w:p>
    <w:p>
      <w:pPr>
        <w:spacing w:after="26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소식지 및 활동 안내 수신 여부: 수신 / 수신 거부</w:t>
      </w:r>
    </w:p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전하고 싶은 말씀이나 요청사항을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67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3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후원을 신청하며, 기재 내용에 동의합니다.</w:t>
      </w:r>
    </w:p>
    <w:p>
      <w:pPr>
        <w:spacing w:after="53" w:before="5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4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기부금 영수증 발급 요건과 세액공제 적용 여부는 해당 단체 및 관할 세무서 안내를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