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사회보험료 납부확인서 발급 요청서</w:t>
      </w:r>
    </w:p>
    <w:p>
      <w:pPr>
        <w:spacing w:after="149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0" w:before="119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요청인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6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6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이메일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0" w:before="119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발급 요청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75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보험 종류</w:t>
            </w:r>
          </w:p>
        </w:tc>
        <w:tc>
          <w:tcPr>
            <w:tcW w:type="dxa" w:w="513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증명 기간</w:t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부수</w:t>
            </w:r>
          </w:p>
        </w:tc>
      </w:tr>
      <w:tr>
        <w:trPr>
          <w:trHeight w:val="675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513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75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513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75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513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75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513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0" w:before="119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사용 목적과 수령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33"/>
        <w:gridCol w:w="4933"/>
      </w:tblGrid>
      <w:tr>
        <w:trPr>
          <w:trHeight w:val="76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사용 목적</w:t>
            </w:r>
          </w:p>
        </w:tc>
        <w:tc>
          <w:tcPr>
            <w:tcW w:type="dxa" w:w="82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6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제출처</w:t>
            </w:r>
          </w:p>
        </w:tc>
        <w:tc>
          <w:tcPr>
            <w:tcW w:type="dxa" w:w="82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6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수령 방법</w:t>
            </w:r>
          </w:p>
        </w:tc>
        <w:tc>
          <w:tcPr>
            <w:tcW w:type="dxa" w:w="82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19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위와 같이 사회보험료 납부확인서 발급을 요청합니다.</w:t>
      </w:r>
    </w:p>
    <w:p>
      <w:pPr>
        <w:spacing w:after="119" w:before="119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19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요청인 :                                        (서명 또는 인)</w:t>
      </w:r>
    </w:p>
    <w:p>
      <w:pPr>
        <w:spacing w:after="0" w:before="89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발급 방법과 본인 확인 절차는 해당 공단의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