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4대보험 신고 업무 위임장</w:t>
      </w:r>
    </w:p>
    <w:p>
      <w:pPr>
        <w:spacing w:after="10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0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본인은 아래 수임인에게 4대 사회보험 신고 업무에 관한 권한을 위임합니다.</w:t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위임인 (사업장)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사업장명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대표자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사업장 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사업자등록번호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수임인 (노무사·세무대리인)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사무소명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담당자 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등록번호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위임 범위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289"/>
        <w:gridCol w:w="3289"/>
        <w:gridCol w:w="3289"/>
      </w:tblGrid>
      <w:tr>
        <w:trPr>
          <w:trHeight w:val="453" w:hRule="atLeast"/>
        </w:trPr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국민연금</w:t>
            </w:r>
          </w:p>
        </w:tc>
        <w:tc>
          <w:tcPr>
            <w:tcW w:type="dxa" w:w="542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사업장 신고, 자격취득·상실 신고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건강보험</w:t>
            </w:r>
          </w:p>
        </w:tc>
        <w:tc>
          <w:tcPr>
            <w:tcW w:type="dxa" w:w="542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사업장 신고, 자격취득·상실 신고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고용보험</w:t>
            </w:r>
          </w:p>
        </w:tc>
        <w:tc>
          <w:tcPr>
            <w:tcW w:type="dxa" w:w="542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사업장 신고, 자격취득·상실 신고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산재보험</w:t>
            </w:r>
          </w:p>
        </w:tc>
        <w:tc>
          <w:tcPr>
            <w:tcW w:type="dxa" w:w="542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사업장 신고, 자격취득·상실 신고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3"/>
        <w:gridCol w:w="4933"/>
      </w:tblGrid>
      <w:tr>
        <w:trPr>
          <w:trHeight w:val="453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위임 기간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20   년  월  일 ~ 20   년  월  일</w:t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수임인은 위임받은 범위를 벗어나 자료를 사용하거나 제3자에게 제공하지 않습니다.</w:t>
      </w:r>
    </w:p>
    <w:p>
      <w:pPr>
        <w:spacing w:after="40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위임 기간이 끝나면 본 위임장의 효력은 소멸합니다.</w:t>
      </w:r>
    </w:p>
    <w:p>
      <w:pPr>
        <w:spacing w:after="80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위 위임 내용은 본인의 의사에 따른 것임을 확인합니다.</w:t>
      </w:r>
    </w:p>
    <w:p>
      <w:pPr>
        <w:spacing w:after="80" w:before="8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위임인(사업장) :                                        (서명 또는 인)</w:t>
      </w:r>
    </w:p>
    <w:p>
      <w:pPr>
        <w:spacing w:after="8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수임인 :                                        (서명 또는 인)</w:t>
      </w:r>
    </w:p>
    <w:p>
      <w:pPr>
        <w:spacing w:after="0" w:before="6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신고 기한은 보험 종류별로 다르므로 관할 공단·근로복지공단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