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4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사회보험 가입내역 정정 요청서</w:t>
      </w:r>
    </w:p>
    <w:p>
      <w:pPr>
        <w:spacing w:after="136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4" w:before="109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요청인 및 사업장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94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94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사업장명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근무기간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4" w:before="109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정정 대상 보험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933"/>
        <w:gridCol w:w="4933"/>
      </w:tblGrid>
      <w:tr>
        <w:trPr>
          <w:trHeight w:val="694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보험 종류</w:t>
            </w:r>
          </w:p>
        </w:tc>
        <w:tc>
          <w:tcPr>
            <w:tcW w:type="dxa" w:w="82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□ 국민연금   □ 건강보험   □ 고용보험   □ 산재보험</w:t>
            </w:r>
          </w:p>
        </w:tc>
      </w:tr>
    </w:tbl>
    <w:p>
      <w:pPr>
        <w:spacing w:after="5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4" w:before="109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정정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94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No</w:t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정정 항목</w:t>
            </w:r>
          </w:p>
        </w:tc>
        <w:tc>
          <w:tcPr>
            <w:tcW w:type="dxa" w:w="355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현재 기록</w:t>
            </w:r>
          </w:p>
        </w:tc>
        <w:tc>
          <w:tcPr>
            <w:tcW w:type="dxa" w:w="355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바로잡을 내용</w:t>
            </w:r>
          </w:p>
        </w:tc>
      </w:tr>
      <w:tr>
        <w:trPr>
          <w:trHeight w:val="694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55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55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94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55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55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94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55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55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94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55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55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4" w:before="109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4. 첨부 근거 자료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933"/>
        <w:gridCol w:w="4933"/>
      </w:tblGrid>
      <w:tr>
        <w:trPr>
          <w:trHeight w:val="694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첨부</w:t>
            </w:r>
          </w:p>
        </w:tc>
        <w:tc>
          <w:tcPr>
            <w:tcW w:type="dxa" w:w="82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□ 근로계약서   □ 급여명세서   □ 출퇴근 기록   □ 기타</w:t>
            </w:r>
          </w:p>
        </w:tc>
      </w:tr>
    </w:tbl>
    <w:p>
      <w:pPr>
        <w:spacing w:after="5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09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위와 같이 가입내역의 정정을 요청합니다.</w:t>
      </w:r>
    </w:p>
    <w:p>
      <w:pPr>
        <w:spacing w:after="109" w:before="109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09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요청인 :                                        (서명 또는 인)</w:t>
      </w:r>
    </w:p>
    <w:p>
      <w:pPr>
        <w:spacing w:after="0" w:before="82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보험별 정정 절차와 제출처는 다를 수 있습니다. 해당 공단의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