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7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간판 설치 동의서</w:t>
      </w:r>
    </w:p>
    <w:p>
      <w:pPr>
        <w:spacing w:after="142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11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동의인 (건물 소유자)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성명(상호)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건물 소재지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11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설치 신청인 (임차인)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업종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11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간판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722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간판 종류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돌출간판   (   ) 벽면 이용   (   ) 지주   (   ) 기타</w:t>
            </w:r>
          </w:p>
        </w:tc>
      </w:tr>
      <w:tr>
        <w:trPr>
          <w:trHeight w:val="722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설치 위치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2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크기(가로×세로)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2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설치 기간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 ~ 20   년  월  일</w:t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동의인은 위 간판의 설치에 동의합니다.</w:t>
      </w:r>
    </w:p>
    <w:p>
      <w:pPr>
        <w:spacing w:after="57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설치 기간이 끝나거나 임대차가 종료되면 신청인이 간판을 철거하고 원상복구합니다.</w:t>
      </w:r>
    </w:p>
    <w:p>
      <w:pPr>
        <w:spacing w:after="57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간판의 설치·유지로 생기는 안전사고의 관리 책임은 신청인에게 있습니다.</w:t>
      </w:r>
    </w:p>
    <w:p>
      <w:pPr>
        <w:spacing w:after="113" w:before="113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동의인 :                                        (서명 또는 인)</w:t>
      </w:r>
    </w:p>
    <w:p>
      <w:pPr>
        <w:spacing w:after="11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0" w:before="8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옥외광고물 신고·허가 여부와 제출 서류는 관할 관청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