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  주  명  부</w:t>
      </w:r>
    </w:p>
    <w:p>
      <w:pPr>
        <w:spacing w:after="11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9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법인등록번호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기준일</w:t>
            </w:r>
          </w:p>
        </w:tc>
      </w:tr>
      <w:tr>
        <w:trPr>
          <w:trHeight w:val="49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발행주식 총수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1주 금액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자본금</w:t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4" w:before="8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주주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주주명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주소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주식종류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주식수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지분율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취득일</w:t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96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9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주주 수:      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주식수: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지분율: 100%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주주명부는 사실과 다름이 없음을 확인합니다.</w:t>
      </w:r>
    </w:p>
    <w:p>
      <w:pPr>
        <w:spacing w:after="88" w:before="8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5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대표이사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(직인)</w:t>
            </w:r>
          </w:p>
        </w:tc>
      </w:tr>
    </w:tbl>
    <w:p>
      <w:pPr>
        <w:spacing w:after="4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주식 양도·증자 등 변동이 발생하면 지체 없이 명부를 갱신하고 본점에 비치하십시오. 개인 식별번호는 적지 않고 생년월일만 기재합니다.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