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주주명부 열람 등사 청구서</w:t>
      </w:r>
    </w:p>
    <w:p>
      <w:pPr>
        <w:spacing w:after="143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청구인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4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보유 주식 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주식 종류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청구 대상 회사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4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회사명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본점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11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청구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49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청구 방식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기한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열람 또는 등사할 범위와 청구 목적을 구체적으로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43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위와 같이 주주명부의 열람 및 등사를 청구합니다.</w:t>
      </w:r>
    </w:p>
    <w:p>
      <w:pPr>
        <w:spacing w:after="115" w:before="11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청구인 :                                        (서명 또는 인)</w:t>
      </w:r>
    </w:p>
    <w:p>
      <w:pPr>
        <w:spacing w:after="0" w:before="8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청구 요건과 범위는 법령과 정관에 따라 다릅니다. 보내기 전에 관련 규정을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