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주주총회 의결권 위임장</w:t>
      </w:r>
    </w:p>
    <w:p>
      <w:pPr>
        <w:spacing w:after="15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총회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총회 일시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총회 종류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장소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위임인(주주)과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주주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소유 주식 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대리인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9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안건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찬반 지정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789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9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9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9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사람을 대리인으로 정하고 위 총회에서 의결권을 행사할 권한을 위임합니다.</w:t>
      </w:r>
    </w:p>
    <w:p>
      <w:pPr>
        <w:spacing w:after="124" w:before="12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위임인(주주) :                                        (서명 또는 인)</w:t>
      </w:r>
    </w:p>
    <w:p>
      <w:pPr>
        <w:spacing w:after="0" w:before="9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대리인 자격과 제출 기한은 정관과 회사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