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6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주주총회 의사록</w:t>
      </w:r>
    </w:p>
    <w:p>
      <w:pPr>
        <w:spacing w:after="115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회사 정보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법인등록번호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총회 개요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2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구분(정기/임시)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일시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장소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총 발행주식수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20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출석 주식수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의장</w:t>
            </w:r>
          </w:p>
        </w:tc>
        <w:tc>
          <w:tcPr>
            <w:tcW w:type="dxa" w:w="355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9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의안 및 결의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5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의안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찬반 및 결의결과</w:t>
            </w:r>
          </w:p>
        </w:tc>
      </w:tr>
      <w:tr>
        <w:trPr>
          <w:trHeight w:val="5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585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46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의장은 위 의안이 모두 원안대로 가결되었음을 선언하고 폐회를 선언하였다. 위 결의를 명확히 하기 위하여 본 의사록을 작성하고 의장과 출석 이사·감사가 기명날인한다.</w:t>
      </w:r>
    </w:p>
    <w:p>
      <w:pPr>
        <w:spacing w:after="92" w:before="9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65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서명 또는 인</w:t>
            </w:r>
          </w:p>
        </w:tc>
      </w:tr>
      <w:tr>
        <w:trPr>
          <w:trHeight w:val="65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650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46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69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등기가 필요한 안건(이사 선임, 정관 변경 등)은 등기소·법무사가 요구하는 문구와 공증 필요 여부를 사전에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