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주식 양도 승인 청구서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청구인(양도인)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대표이사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양도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주식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 주식 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 상대방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상대방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 예정 가액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 예정일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양도 사유</w:t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주식을 넘기려는 사정을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3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주식 양도에 대한 승인을 청구합니다.</w:t>
      </w:r>
    </w:p>
    <w:p>
      <w:pPr>
        <w:spacing w:after="126" w:before="12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청구인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승인 기관과 회신 기한은 회사 정관과 상법을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