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퇴  직  금     정  산  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3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소속(부서)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사번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입사일자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퇴직일자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계속근로기간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 xml:space="preserve">      년      개월      일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퇴직사유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평균임금 산정내역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rHeight w:val="33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산정기간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기간일수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기본급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제수당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연장·야간수당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기타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합계</w:t>
            </w:r>
          </w:p>
        </w:tc>
      </w:tr>
      <w:tr>
        <w:trPr>
          <w:trHeight w:val="33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37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임금총액 (3개월)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총일수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 xml:space="preserve">        일</w:t>
            </w:r>
          </w:p>
        </w:tc>
      </w:tr>
      <w:tr>
        <w:trPr>
          <w:trHeight w:val="337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1일 평균임금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1일 통상임금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연간 상여금 산입액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연차수당 산입액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적용 평균임금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산정 기준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평균임금 / 통상임금</w:t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퇴직금 산정 및 지급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37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퇴직금 산정액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산정식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1일 평균임금 × 30일 × (재직일수/365)</w:t>
            </w:r>
          </w:p>
        </w:tc>
      </w:tr>
      <w:tr>
        <w:trPr>
          <w:trHeight w:val="337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소득세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지방소득세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기타 공제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공제 합계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실지급액</w:t>
            </w:r>
          </w:p>
        </w:tc>
        <w:tc>
          <w:tcPr>
            <w:tcW w:type="dxa" w:w="7694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                      원정 (₩                        )</w:t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37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지급예정일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입금계좌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특이사항 — 퇴직연금(DB/DC) 가입 여부, 미사용 연차 처리, 대여금 상계 등을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67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퇴직금을 정산하였음을 확인합니다.</w:t>
      </w:r>
    </w:p>
    <w:p>
      <w:pPr>
        <w:spacing w:after="68" w:before="6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정산 담당자 :                                        (서명 또는 인)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퇴직자 :                                        (서명 또는 인)</w:t>
      </w:r>
    </w:p>
    <w:p>
      <w:pPr>
        <w:spacing w:after="0" w:before="5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퇴직소득세와 지급기한은 세무서·고용노동청 기준을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