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합  의  서</w:t>
      </w:r>
    </w:p>
    <w:p>
      <w:pPr>
        <w:spacing w:after="12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일방당사자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타방당사자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분쟁 내용 및 합의 조건</w:t>
      </w:r>
    </w:p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분쟁의 원인이 된 사건, 당사자 간의 분쟁 내용, 분쟁 해결 조건(금전 지급, 물품 인수, 이용 제한 등)을 상세히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46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(분쟁의 해결)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위 분쟁 내용에 관하여 합의하며, 본 합의서에 정한 조건에 따라 분쟁을 종료한다.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(기밀유지)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본 합의 내용을 제3자에게 공개하지 않기로 합의한다.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(재분쟁 금지)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본 합의로 모든 분쟁이 완전히 해결되었음을 확인하며, 추후 동일 사건으로 재분쟁을 제기하지 않기로 합의한다.</w:t>
      </w:r>
    </w:p>
    <w:p>
      <w:pPr>
        <w:spacing w:after="99" w:before="9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일방당사자 :                                        (서명 또는 인)</w:t>
      </w:r>
    </w:p>
    <w:p>
      <w:pPr>
        <w:spacing w:after="9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타방당사자 :                                        (서명 또는 인)</w:t>
      </w:r>
    </w:p>
    <w:p>
      <w:pPr>
        <w:spacing w:after="0" w:before="7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양 당사자가 모두 서명한 후 인감으로 날인하면 강제집행 대상이 될 수 있으므로 신중하게 체결하십시오.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