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송달료 환급 신청서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사건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상대방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환급 계좌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사건에서 쓰고 남은 송달료의 환급을 신청합니다.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환급 대상과 필요 서류는 접수 법원의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