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용  역  계  약  서</w:t>
      </w:r>
    </w:p>
    <w:p>
      <w:pPr>
        <w:spacing w:after="159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아래 당사자는 다음과 같이 용역계약을 체결한다.</w:t>
      </w:r>
    </w:p>
    <w:p>
      <w:pPr>
        <w:spacing w:after="63" w:before="12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1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발주처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성명/회사명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생년월일/사업자번호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용역인(수급인)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성명/회사명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생년월일/사업자번호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3" w:before="12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1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용역의 명칭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용역기간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용역대금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9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검수기한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3" w:before="15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발주처가 용역인에게 위 용역의 수행을 의뢰하고, 용역인이 이를 수행하기로 합의하는 것을 목적으로 한다.</w:t>
      </w:r>
    </w:p>
    <w:p>
      <w:pPr>
        <w:spacing w:after="63" w:before="15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(용역의 범위)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용역인은 위 용역의 명칭과 범위에 따라 성실하게 용역을 수행한다.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용역 범위를 초과하는 작업은 별도 합의에 따라 처리한다.</w:t>
      </w:r>
    </w:p>
    <w:p>
      <w:pPr>
        <w:spacing w:after="63" w:before="15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(계약기간)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계약의 용역기간은 위 계약기간에 따른다.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용역인이 정당한 사유 없이 기한까지 용역을 완료하지 못한 경우, 발주처는 계약을 해지할 수 있다.</w:t>
      </w:r>
    </w:p>
    <w:p>
      <w:pPr>
        <w:spacing w:after="63" w:before="15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(용역대금 및 지급방법)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발주처는 용역인에게 위 용역대금을 지급한다.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용역대금은 다음의 방법으로 지급한다: (예시) 계약체결 시 30%, 중간검수 시 40%, 최종검수·납품 시 30%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지급은 용역인이 지정한 계좌로 송금한다.</w:t>
      </w:r>
    </w:p>
    <w:p>
      <w:pPr>
        <w:spacing w:after="63" w:before="15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(검수 및 인수)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발주처는 용역 완료 후 기한 내에 검수를 수행하고, 적합한 경우 인수한다.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부적합한 경우 용역인에게 수정을 요구할 수 있으며, 용역인은 지정된 기한 내에 수정한다.</w:t>
      </w:r>
    </w:p>
    <w:p>
      <w:pPr>
        <w:spacing w:after="63" w:before="15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(지식재산권 귀속)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용역으로 발생하는 지식재산권(저작권, 특허권, 상표권 등)은 발주처에 귀속한다.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다만 용역인이 기존에 보유한 지식재산권은 용역인에게 귀속한다.</w:t>
      </w:r>
    </w:p>
    <w:p>
      <w:pPr>
        <w:spacing w:after="63" w:before="15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(비밀유지)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당사자들은 본 계약 체결 과정에서 알게 된 상대방의 기술, 영업비밀 등을 제3자에게 공개하지 않는다.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비밀유지 의무는 계약 종료 후에도 3년간 계속된다.</w:t>
      </w:r>
    </w:p>
    <w:p>
      <w:pPr>
        <w:spacing w:after="63" w:before="15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(계약의 해제·해지)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발주처가 정당한 사유 없이 계약을 해제하는 경우 기납부 용역대금은 반환하지 아니한다.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용역인이 정당한 사유 없이 계약을 해제하는 경우 이미 지급받은 용역대금을 반환한다.</w:t>
      </w:r>
    </w:p>
    <w:p>
      <w:pPr>
        <w:spacing w:after="63" w:before="15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(손해배상)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본 계약을 위반하여 상대방에게 손해를 입힌 경우, 그 손해를 배상한다.</w:t>
      </w:r>
    </w:p>
    <w:p>
      <w:pPr>
        <w:spacing w:after="63" w:before="15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(분쟁해결 및 관할)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발주처의 주소지 관할법원을 제1심 관할법원으로 한다.</w:t>
      </w:r>
    </w:p>
    <w:p>
      <w:pPr>
        <w:spacing w:after="63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분쟁 발생 시 당사자들은 먼저 상호 협의를 통해 해결하기로 한다.</w:t>
      </w:r>
    </w:p>
    <w:p>
      <w:pPr>
        <w:spacing w:after="25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7" w:before="127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7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발주처 :                                        (서명 또는 인)</w:t>
      </w:r>
    </w:p>
    <w:p>
      <w:pPr>
        <w:spacing w:after="127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용역인(수급인) :                                        (서명 또는 인)</w:t>
      </w:r>
    </w:p>
    <w:p>
      <w:pPr>
        <w:spacing w:after="0" w:before="9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계약은 참고용이며 당사자의 특정 상황에 맞게 조정·수정하여야 합니다. 큰 규모의 용역은 변호사와 상담하여 계약서를 작성하는 것이 좋습니다.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