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신청 내용 변경 요청서</w:t>
      </w:r>
    </w:p>
    <w:p>
      <w:pPr>
        <w:spacing w:after="13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 및 접수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 종류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기관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변경 항목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변경 항목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기존 내용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변경 내용</w:t>
            </w:r>
          </w:p>
        </w:tc>
      </w:tr>
      <w:tr>
        <w:trPr>
          <w:trHeight w:val="70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5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변경이 필요한 사유를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88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1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신청 내용의 변경을 요청합니다.</w:t>
      </w:r>
    </w:p>
    <w:p>
      <w:pPr>
        <w:spacing w:after="111" w:before="11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0" w:before="8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변경 가능 항목과 기한은 제출 기관의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