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송달장소 변경 신고서</w:t>
      </w:r>
    </w:p>
    <w:p>
      <w:pPr>
        <w:spacing w:after="14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법원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피고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신고인과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1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신고인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원고   (   ) 피고   성명:</w:t>
            </w:r>
          </w:p>
        </w:tc>
      </w:tr>
      <w:tr>
        <w:trPr>
          <w:trHeight w:val="71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전 주소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후 주소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변경일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 사유와 참고할 내용을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4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2" w:before="11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신고인 :                                        (서명 또는 인)</w:t>
      </w:r>
    </w:p>
    <w:p>
      <w:pPr>
        <w:spacing w:after="11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법원 귀중</w:t>
      </w:r>
    </w:p>
    <w:p>
      <w:pPr>
        <w:spacing w:after="0" w:before="8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방식과 첨부 서류는 담당 재판부·법원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