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3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이직확인서 발급 요청서</w:t>
      </w:r>
    </w:p>
    <w:p>
      <w:pPr>
        <w:spacing w:after="10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요청인 (퇴사자)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5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근무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5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부서·직위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퇴사일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52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고용 형태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퇴사 사유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87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요청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490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요청 내용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표시(○)</w:t>
            </w:r>
          </w:p>
        </w:tc>
      </w:tr>
      <w:tr>
        <w:trPr>
          <w:trHeight w:val="490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0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0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90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회사에 전달할 내용이 있으면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7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3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7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이직확인서의 처리를 요청합니다.</w:t>
      </w:r>
    </w:p>
    <w:p>
      <w:pPr>
        <w:spacing w:after="87" w:before="87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7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6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처리 기한과 방법은 관할 고용센터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