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중고거래 확인서</w:t>
      </w:r>
    </w:p>
    <w:p>
      <w:pPr>
        <w:spacing w:after="15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거래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판매자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구매자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물품과 거래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물품명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모델·규격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물품 상태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방식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장소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특이사항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알려진 하자, 구성품, 환불·교환 조건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0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내용대로 거래하였고 대금과 물품을 서로 확인합니다.</w:t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판매자 :                                        (서명 또는 인)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구매자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