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3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법인인감 사용대장</w:t>
      </w:r>
    </w:p>
    <w:p>
      <w:pPr>
        <w:spacing w:after="15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18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보관부서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인감 종류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3" w:before="12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사용 현황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사용일자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문서명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사용목적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사용처</w:t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매수</w:t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신청자</w:t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승인자</w:t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9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법인인감은 보관 책임자 외 임의로 반출하거나 사용할 수 없으며, 사용 후 즉시 보관함에 반납하고 본 대장에 기록하십시오.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