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2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견본 제공 확인서</w:t>
      </w:r>
    </w:p>
    <w:p>
      <w:pPr>
        <w:spacing w:after="13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제공자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수령자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담당자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견본 내역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품목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규격</w:t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수량</w:t>
            </w:r>
          </w:p>
        </w:tc>
        <w:tc>
          <w:tcPr>
            <w:tcW w:type="dxa" w:w="325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66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25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25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25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6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18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25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10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65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제공일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기한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사용 조건과 반환 방법 등 합의 내용을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62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2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4" w:before="10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제공자 :                                        (서명 또는 인)</w:t>
      </w:r>
    </w:p>
    <w:p>
      <w:pPr>
        <w:spacing w:after="10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수령자 :                                        (서명 또는 인)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