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영  업     계  획  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작성부서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작성자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대상기간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영업 목표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8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전년실적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당해목표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증감률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8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고객·채널별 목표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85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고객/채널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전년실적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당해목표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주요 품목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담당자</w:t>
            </w:r>
          </w:p>
        </w:tc>
      </w:tr>
      <w:tr>
        <w:trPr>
          <w:trHeight w:val="385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핵심 추진 전략</w:t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신규 거래처 발굴, 기존 거래처 확대, 채널 다변화 등 핵심 전략을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5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월별 추진 계획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월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주요 활동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목표 매출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담당자</w:t>
            </w:r>
          </w:p>
        </w:tc>
      </w:tr>
      <w:tr>
        <w:trPr>
          <w:trHeight w:val="38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 :                                        (서명 또는 인)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검토 :                                        (서명 또는 인)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승인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