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7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영  업  일  지</w:t>
      </w:r>
    </w:p>
    <w:p>
      <w:pPr>
        <w:spacing w:after="9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417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작성자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일자</w:t>
            </w:r>
          </w:p>
        </w:tc>
        <w:tc>
          <w:tcPr>
            <w:tcW w:type="dxa" w:w="236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날씨</w:t>
            </w:r>
          </w:p>
        </w:tc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방문·통화 활동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91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시간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담당자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활동구분</w:t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결과</w:t>
            </w:r>
          </w:p>
        </w:tc>
      </w:tr>
      <w:tr>
        <w:trPr>
          <w:trHeight w:val="391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98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76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수주·상담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거래처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품목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예상금액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진행단계</w:t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1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특이사항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거래처 불만, 경쟁사 동향, 지원 요청 사항 등을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7" w:before="74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익일 계획</w:t>
      </w:r>
    </w:p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다음 영업일의 방문·통화 계획을 간단히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34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37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74" w:before="74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작성자 :                                        (서명 또는 인)</w:t>
      </w:r>
    </w:p>
    <w:p>
      <w:pPr>
        <w:spacing w:after="74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팀장 :                                        (서명 또는 인)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