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판매계약서</w:t>
      </w:r>
    </w:p>
    <w:p>
      <w:pPr>
        <w:spacing w:after="12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매도인과 매수인은 아래와 같이 물품 판매계약을 체결한다.</w:t>
      </w:r>
    </w:p>
    <w:p>
      <w:pPr>
        <w:spacing w:after="50" w:before="10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6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매도인 상호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사업자등록번호</w:t>
            </w:r>
          </w:p>
        </w:tc>
      </w:tr>
      <w:tr>
        <w:trPr>
          <w:trHeight w:val="56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56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매수인 상호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사업자등록번호</w:t>
            </w:r>
          </w:p>
        </w:tc>
      </w:tr>
      <w:tr>
        <w:trPr>
          <w:trHeight w:val="56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10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6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 예상수량</w:t>
            </w:r>
          </w:p>
        </w:tc>
      </w:tr>
      <w:tr>
        <w:trPr>
          <w:trHeight w:val="56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68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계약기간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대금 지급방법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현금 / 어음 / 카드</w:t>
            </w:r>
          </w:p>
        </w:tc>
      </w:tr>
      <w:tr>
        <w:trPr>
          <w:trHeight w:val="568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결제조건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인도 장소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운송비 부담</w:t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매도인이 매수인에게 위 물품을 공급하고 매수인이 그 대금을 지급하는 것에 관한 사항을 정함을 목적으로 한다.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(개별 발주)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구체적인 품목·수량·납기는 매수인이 발행하는 발주서에 따르며, 발주서의 내용이 본 계약과 상충하는 경우 본 계약을 우선한다.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(단가의 조정)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원자재 가격이나 환율이 현저히 변동한 경우 당사자는 협의하여 단가를 조정할 수 있다. 조정은 서면 합의로만 효력이 있다.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(인도 및 검수)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약정한 장소에 물품을 인도하고, 매수인은 인도일로부터 7일 내에 검수하여 그 결과를 통지한다.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기간 내 통지가 없으면 검수에 합격한 것으로 본다.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(소유권 및 위험부담)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물품의 소유권은 대금 완납 시 매수인에게 이전하며, 멸실·훼손의 위험은 인도 시점부터 매수인이 부담한다.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(하자담보책임)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매수인은 인도일로부터      개월 내에 발견된 하자에 대하여 보수·교체 또는 대금 감액을 청구할 수 있다.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매수인의 보관·사용상 과실로 인한 하자는 제외한다.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(지연손해금)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매도인이 납기를 지연한 경우 지연일수에 대하여 해당 물품 대금의 1일 0.1%를 지연손해금으로 지급한다.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매수인이 대금 지급을 지연한 경우에도 같은 기준을 적용한다.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(계약의 해지)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본 계약을 위반하고 상대방의 시정 요구를 받은 날부터 14일 내에 이를 시정하지 않으면 상대방은 계약을 해지할 수 있다.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(비밀유지)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본 계약 이행 과정에서 알게 된 상대방의 영업비밀을 제3자에게 누설하지 않는다.</w:t>
      </w:r>
    </w:p>
    <w:p>
      <w:pPr>
        <w:spacing w:after="50" w:before="12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(관할법원)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매도인의 주소지 관할법원을 제1심 관할법원으로 한다.</w:t>
      </w:r>
    </w:p>
    <w:p>
      <w:pPr>
        <w:spacing w:after="50" w:before="10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특약사항</w:t>
      </w:r>
    </w:p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반품 조건, 최소 발주수량, 독점 공급 여부 등 합의한 내용을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6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본 계약을 증명하기 위하여 계약서 2부를 작성하여 당사자가 서명·날인 후 각 1부씩 보관한다.</w:t>
      </w:r>
    </w:p>
    <w:p>
      <w:pPr>
        <w:spacing w:after="100" w:before="10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매도인 :                                        (서명 또는 인)</w:t>
      </w:r>
    </w:p>
    <w:p>
      <w:pPr>
        <w:spacing w:after="10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매수인 :                                        (서명 또는 인)</w:t>
      </w:r>
    </w:p>
    <w:p>
      <w:pPr>
        <w:spacing w:after="0" w:before="7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 개별 사안에 대한 법적 효력과 적합성은 이용자가 확인해야 합니다. 금액이 큰 거래는 전문가의 검토를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