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도로·가로등 보수 요청 민원</w:t>
      </w:r>
    </w:p>
    <w:p>
      <w:pPr>
        <w:spacing w:after="14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9" w:before="11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신청인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7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9" w:before="11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시설물 위치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7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도로명주소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상세위치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시설 종류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관리번호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9" w:before="11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하자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7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상태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위험도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발견일</w:t>
            </w:r>
          </w:p>
        </w:tc>
      </w:tr>
      <w:tr>
        <w:trPr>
          <w:trHeight w:val="67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89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하자 상태를 확인할 수 있는 사진을 함께 제출하면 처리에 도움이 됩니다.</w:t>
      </w:r>
    </w:p>
    <w:p>
      <w:pPr>
        <w:spacing w:after="59" w:before="11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요청 사항</w:t>
      </w:r>
    </w:p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보수를 요청하는 이유와 바라는 조치를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7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67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제출처(관할 구청·시설관리부서)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18" w:before="11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1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0" w:before="89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처리 순서와 일정은 관할 기관의 예산 및 현장 여건에 따라 달라질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