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3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반품·교환 신청서</w:t>
      </w:r>
    </w:p>
    <w:p>
      <w:pPr>
        <w:spacing w:after="107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8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신청일자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신청인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3" w:before="85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구매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8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구매일자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주문번호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8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구매처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결제수단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3" w:before="85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반품·교환 대상 품목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543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품목명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수량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단가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구분(반품/교환)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사유</w:t>
            </w:r>
          </w:p>
        </w:tc>
      </w:tr>
      <w:tr>
        <w:trPr>
          <w:trHeight w:val="543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43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43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43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3" w:before="85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처리 요청 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8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처리 방법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환불 / 교환 / 수리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환불 은행·계좌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8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예금주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구매자와 일치 여부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3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반품·교환 사유와 상품 상태를 상세히 적고, 필요하면 사진 첨부 여부를 함께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57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5" w:before="85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5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0" w:before="64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환불 계좌는 반드시 구매자 명의와 일치하는지 확인한 뒤 기재하십시오. 반품·교환 가능 기한과 배송비 부담 기준은 판매자 정책을 따릅니다.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