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51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퇴  직  원</w:t>
      </w:r>
    </w:p>
    <w:p>
      <w:pPr>
        <w:spacing w:after="127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650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소속(부서)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직위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50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사번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50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입사일자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퇴직희망일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50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이메일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51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51" w:before="102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퇴직 사유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4933"/>
        <w:gridCol w:w="4933"/>
      </w:tblGrid>
      <w:tr>
        <w:trPr>
          <w:trHeight w:val="722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퇴직 사유</w:t>
            </w:r>
          </w:p>
        </w:tc>
        <w:tc>
          <w:tcPr>
            <w:tcW w:type="dxa" w:w="789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개인사정 / 이직 / 건강 / 정년 / 계약만료 / 기타 (   )</w:t>
            </w:r>
          </w:p>
        </w:tc>
      </w:tr>
    </w:tbl>
    <w:p>
      <w:pPr>
        <w:spacing w:after="51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51" w:before="102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정산 및 인수인계 확인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4933"/>
        <w:gridCol w:w="4933"/>
      </w:tblGrid>
      <w:tr>
        <w:trPr>
          <w:trHeight w:val="650" w:hRule="atLeast"/>
        </w:trPr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퇴직금 정산 확인</w:t>
            </w:r>
          </w:p>
        </w:tc>
        <w:tc>
          <w:tcPr>
            <w:tcW w:type="dxa" w:w="690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확인함 / 추후 별도 확인</w:t>
            </w:r>
          </w:p>
        </w:tc>
      </w:tr>
      <w:tr>
        <w:trPr>
          <w:trHeight w:val="650" w:hRule="atLeast"/>
        </w:trPr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미사용 연차수당 정산 확인</w:t>
            </w:r>
          </w:p>
        </w:tc>
        <w:tc>
          <w:tcPr>
            <w:tcW w:type="dxa" w:w="690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확인함 / 추후 별도 확인</w:t>
            </w:r>
          </w:p>
        </w:tc>
      </w:tr>
      <w:tr>
        <w:trPr>
          <w:trHeight w:val="650" w:hRule="atLeast"/>
        </w:trPr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업무 인수인계 확인</w:t>
            </w:r>
          </w:p>
        </w:tc>
        <w:tc>
          <w:tcPr>
            <w:tcW w:type="dxa" w:w="690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완료 / 진행중 / 해당없음</w:t>
            </w:r>
          </w:p>
        </w:tc>
      </w:tr>
    </w:tbl>
    <w:p>
      <w:pPr>
        <w:spacing w:after="51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153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p>
      <w:pPr>
        <w:spacing w:after="51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본인은 위와 같은 사유로 퇴직하고자 하오니 재가하여 주시기 바랍니다.</w:t>
      </w:r>
    </w:p>
    <w:p>
      <w:pPr>
        <w:spacing w:after="102" w:before="102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102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신청인 :                                        (서명 또는 인)</w:t>
      </w:r>
    </w:p>
    <w:p>
      <w:pPr>
        <w:spacing w:after="153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p>
      <w:pPr>
        <w:spacing w:after="102" w:before="0" w:line="312" w:lineRule="auto"/>
        <w:jc w:val="center"/>
      </w:pPr>
      <w:r>
        <w:rPr>
          <w:rFonts w:ascii="Malgun Gothic" w:hAnsi="Malgun Gothic" w:eastAsia="Malgun Gothic" w:cs="Malgun Gothic"/>
          <w:b/>
          <w:sz w:val="22"/>
        </w:rPr>
        <w:t>결재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3289"/>
        <w:gridCol w:w="3289"/>
        <w:gridCol w:w="3289"/>
      </w:tblGrid>
      <w:tr>
        <w:trPr>
          <w:trHeight w:val="867" w:hRule="atLeast"/>
        </w:trPr>
        <w:tc>
          <w:tcPr>
            <w:tcW w:type="dxa" w:w="325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담당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팀장</w:t>
            </w:r>
          </w:p>
        </w:tc>
        <w:tc>
          <w:tcPr>
            <w:tcW w:type="dxa" w:w="325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인사</w:t>
            </w:r>
          </w:p>
        </w:tc>
      </w:tr>
    </w:tbl>
    <w:p>
      <w:pPr>
        <w:spacing w:after="51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102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p>
      <w:pPr>
        <w:spacing w:after="102" w:before="0" w:line="312" w:lineRule="auto"/>
        <w:jc w:val="center"/>
      </w:pPr>
      <w:r>
        <w:rPr>
          <w:rFonts w:ascii="Malgun Gothic" w:hAnsi="Malgun Gothic" w:eastAsia="Malgun Gothic" w:cs="Malgun Gothic"/>
          <w:b/>
          <w:sz w:val="24"/>
        </w:rPr>
        <w:t>대표이사 귀하</w:t>
      </w:r>
    </w:p>
    <w:p>
      <w:pPr>
        <w:spacing w:after="0" w:before="76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퇴직금과 미사용 연차수당 정산, 4대 보험 상실신고 일정은 인사담당자와 사전에 확인하십시오.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