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13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4" w:before="10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재학기간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학교명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전공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졸업구분</w:t>
            </w:r>
          </w:p>
        </w:tc>
      </w:tr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4" w:before="10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회사명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퇴직사유</w:t>
            </w:r>
          </w:p>
        </w:tc>
      </w:tr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4" w:before="10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자격사항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10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자격·면허명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발급기관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</w:tr>
      <w:tr>
        <w:trPr>
          <w:trHeight w:val="610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0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108" w:before="10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8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항목을 줄인 간편 제출용 양식이므로 채용공고에서 추가 서류를 요구하면 별도로 준비하십시오.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