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2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이  력  서</w:t>
      </w:r>
    </w:p>
    <w:p>
      <w:pPr>
        <w:spacing w:after="106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8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휴대전화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2" w:before="85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희망근무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81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근무 가능 요일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선호 시간대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희망 시급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근무 가능 기간</w:t>
            </w:r>
          </w:p>
        </w:tc>
      </w:tr>
      <w:tr>
        <w:trPr>
          <w:trHeight w:val="481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2" w:before="85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근무 가능 시간표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48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시간대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월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화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수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목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토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일</w:t>
            </w:r>
          </w:p>
        </w:tc>
      </w:tr>
      <w:tr>
        <w:trPr>
          <w:trHeight w:val="48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오전(09~13시)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오후(13~18시)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저녁(18~22시)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2" w:before="85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경험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8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기간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근무지/활동명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담당업무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48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5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기재사항은 사실과 다름이 없음을 확인합니다.</w:t>
      </w:r>
    </w:p>
    <w:p>
      <w:pPr>
        <w:spacing w:after="85" w:before="85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5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지원자 :                                        (서명 또는 인)</w:t>
      </w:r>
    </w:p>
    <w:p>
      <w:pPr>
        <w:spacing w:after="0" w:before="64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만 18세 미만인 경우 보호자 동의서가 추가로 필요할 수 있으니 근무처 규정을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