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  력  서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409"/>
        <w:gridCol w:w="1409"/>
        <w:gridCol w:w="1409"/>
        <w:gridCol w:w="1409"/>
        <w:gridCol w:w="1409"/>
        <w:gridCol w:w="1409"/>
        <w:gridCol w:w="1409"/>
      </w:tblGrid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성명(한글)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성명(한문)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성명(영문)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휴대전화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391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680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재학기간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학교명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전공(학과)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졸업구분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소재지</w:t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대외활동 및 인턴 경험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기관/단체명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활동명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활동내용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수상 경력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수상명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주최기관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수상일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구분/등수</w:t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어학 및 자격증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자격·어학명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발급·시행기관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등급/점수</w:t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병역 및 경력사항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병역구분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복무기간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계급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경력사항</w:t>
            </w:r>
          </w:p>
        </w:tc>
        <w:tc>
          <w:tcPr>
            <w:tcW w:type="dxa" w:w="8286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기재사항은 사실과 다름이 없음을 확인합니다.</w:t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p>
      <w:pPr>
        <w:spacing w:after="0" w:before="5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채용절차의 공정화에 관한 법률에 따라 직무와 무관한 개인정보(가족의 학력·직업, 재산 등)는 요구·기재하지 않습니다.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