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  력  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36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성명(한글)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성명(한문)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사진</w:t>
            </w:r>
          </w:p>
        </w:tc>
      </w:tr>
      <w:tr>
        <w:trPr>
          <w:trHeight w:val="36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성명(영문)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휴대전화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36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680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36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지원분야</w:t>
            </w:r>
          </w:p>
        </w:tc>
        <w:tc>
          <w:tcPr>
            <w:tcW w:type="dxa" w:w="680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학력 및 전공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최종학력과 전공, 전공 관련 학습·연구 경험을 중심으로 서술하십시오.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5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주요 경력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근무한 회사와 담당 업무, 구체적인 성과를 시간 순서대로 서술하십시오.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63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핵심 역량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직무와 관련된 강점과 구체적인 수행 경험을 서술하십시오.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5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지원 동기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해당 회사·직무에 관심을 갖게 된 계기와 기여하고 싶은 부분을 서술하십시오.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4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기재사항은 사실과 다름이 없음을 확인합니다.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문단마다 사실과 수치를 근거로 구체적으로 작성하고, 지원 동기는 해당 회사·직무와 연결되도록 쓰십시오.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