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  력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성명(한글)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성명(한문)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사진</w:t>
            </w:r>
          </w:p>
        </w:tc>
      </w:tr>
      <w:tr>
        <w:trPr>
          <w:trHeight w:val="4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성명(영문)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4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42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학력사항 (최종학력)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재학기간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학교명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전공(학과)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졸업구분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소재지</w:t>
            </w:r>
          </w:p>
        </w:tc>
      </w:tr>
      <w:tr>
        <w:trPr>
          <w:trHeight w:val="4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경력사항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회사명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부서/직위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퇴직사유</w:t>
            </w:r>
          </w:p>
        </w:tc>
      </w:tr>
      <w:tr>
        <w:trPr>
          <w:trHeight w:val="4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주요 프로젝트 및 성과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프로젝트명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역할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수행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성과</w:t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자격·어학 및 희망조건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자격·어학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희망연봉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입사가능일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경력·근무기간은 경력증명서와 일치하도록 작성하고, 희망연봉은 협의 가능 여부를 함께 적으십시오.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