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RESUME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Personal Information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Full Name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Date of Birth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Phone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Email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Address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Education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Period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School / University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Major / Degree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Location</w:t>
            </w:r>
          </w:p>
        </w:tc>
      </w:tr>
      <w:tr>
        <w:trPr>
          <w:trHeight w:val="3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Work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Period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Company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Position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Responsibilities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Reason for Leaving</w:t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Skills &amp; Certifications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Skill / Certification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Issuing Organization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Date Acquired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Level / Score</w:t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References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Name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Company / Title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Phone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Email</w:t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I certify that the above information is true and correct.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 xml:space="preserve">Date : 20    /      /      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Signature :                                        (서명 또는 인)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영문 이력서의 성명·학교명·회사명 표기는 여권 및 제출 서류와 동일한 영문 철자로 통일하십시오.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