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주민등록표 등·초본 교부신청서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신청인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본인 여부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본인 / 대리인</w:t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교부 대상자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신청인과의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신청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서류 종류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통수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사용 용도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제출처</w:t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과거 주소 변동사항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포함 / 미포함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세대원 표시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포함 / 미포함</w:t>
            </w:r>
          </w:p>
        </w:tc>
      </w:tr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세대주 성명 표시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포함 / 미포함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수령 방법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방문 / 우편</w:t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대리인 (해당 시)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대리인 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신청인과의 관계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주민등록표 등·초본의 교부를 신청합니다.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6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○○시장 · 군수 · 구청장 귀하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대리 신청 시 위임장과 신분증이 필요할 수 있습니다. 발급 요건·수수료·기재 범위는 관할 주민센터 안내를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