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주민등록 등·초본 발급 위임장</w:t>
      </w:r>
    </w:p>
    <w:p>
      <w:pPr>
        <w:spacing w:after="12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주민등록 등·초본 발급 신청에 관한 권한을 위임합니다.</w:t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서류 종류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주민등록 등본   (   ) 주민등록 초본   통수:      통</w:t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발급 목적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5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대리인은 위임받은 범위 안에서만 위 서류를 발급받아 사용합니다.</w:t>
      </w:r>
    </w:p>
    <w:p>
      <w:pPr>
        <w:spacing w:after="52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103" w:before="10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7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대리 발급 시 필요한 신분증·추가 서류는 발급 기관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