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거  주  사  실     확  인  서</w:t>
      </w:r>
    </w:p>
    <w:p>
      <w:pPr>
        <w:spacing w:after="15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거주자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확인서 용도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거주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80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거주 주소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거주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  <w:tr>
        <w:trPr>
          <w:trHeight w:val="80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확인인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거주자와의 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사람이 위 기간 동안 위 주소에서 실제로 거주하였음을 확인합니다.</w:t>
      </w:r>
    </w:p>
    <w:p>
      <w:pPr>
        <w:spacing w:after="126" w:before="12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거주자 :                                        (서명 또는 인)</w:t>
      </w:r>
    </w:p>
    <w:p>
      <w:pPr>
        <w:spacing w:after="12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확인인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제출처별 첨부 서류와 확인인 자격은 제출처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