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9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탐  구  보  고  서</w:t>
      </w:r>
    </w:p>
    <w:p>
      <w:pPr>
        <w:spacing w:after="72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326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학년·반·번호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이름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326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교과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탐구 기간</w:t>
            </w:r>
          </w:p>
        </w:tc>
        <w:tc>
          <w:tcPr>
            <w:tcW w:type="dxa" w:w="355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326" w:hRule="atLeast"/>
        </w:trPr>
        <w:tc>
          <w:tcPr>
            <w:tcW w:type="dxa" w:w="1381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탐구 주제</w:t>
            </w:r>
          </w:p>
        </w:tc>
        <w:tc>
          <w:tcPr>
            <w:tcW w:type="dxa" w:w="8483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29" w:before="5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탐구 동기</w:t>
      </w:r>
    </w:p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이 주제를 선택한 이유와 궁금했던 점을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44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29" w:before="5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가설</w:t>
      </w:r>
    </w:p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탐구를 통해 확인하려는 예상을 한두 문장으로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44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29" w:before="5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탐구 방법 및 과정</w:t>
      </w:r>
    </w:p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준비물과 진행 순서, 조건을 다른 사람이 따라 할 수 있게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734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29" w:before="5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탐구 결과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28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처음 양(mL)</w:t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나중 양(mL)</w:t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감소량(mL)</w:t>
            </w:r>
          </w:p>
        </w:tc>
      </w:tr>
      <w:tr>
        <w:trPr>
          <w:trHeight w:val="28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28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285" w:hRule="atLeast"/>
        </w:trPr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466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97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29" w:before="5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5. 결론 및 느낀 점</w:t>
      </w:r>
    </w:p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결과를 바탕으로 가설이 맞았는지 판단하고, 느낀 점과 아쉬운 점을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449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29" w:before="58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6. 참고 자료</w:t>
      </w:r>
    </w:p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참고한 책·논문·웹사이트의 이름과 주소, 확인한 날짜를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408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29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0" w:before="4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제출 형식과 분량은 담당 교사의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