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5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채무 변제계획서</w:t>
      </w:r>
    </w:p>
    <w:p>
      <w:pPr>
        <w:spacing w:after="113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5" w:before="9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12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채무자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2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2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채권자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2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5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5" w:before="9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채무 내역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12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발생일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원금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이자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현재 잔액</w:t>
            </w:r>
          </w:p>
        </w:tc>
      </w:tr>
      <w:tr>
        <w:trPr>
          <w:trHeight w:val="512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2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5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5" w:before="9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변제 계획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80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회차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변제일</w:t>
            </w:r>
          </w:p>
        </w:tc>
        <w:tc>
          <w:tcPr>
            <w:tcW w:type="dxa" w:w="305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변제금액</w:t>
            </w:r>
          </w:p>
        </w:tc>
        <w:tc>
          <w:tcPr>
            <w:tcW w:type="dxa" w:w="305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잔액</w:t>
            </w:r>
          </w:p>
        </w:tc>
      </w:tr>
      <w:tr>
        <w:trPr>
          <w:trHeight w:val="480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05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05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80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05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05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80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05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05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80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05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05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80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05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05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80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05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05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5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5" w:before="9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이행 확약</w:t>
      </w:r>
    </w:p>
    <w:p>
      <w:pPr>
        <w:spacing w:after="45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채무자는 위 채무가 존재함을 인정하고, 위 변제계획에 따라 성실히 이행할 것을 확약합니다.</w:t>
      </w:r>
    </w:p>
    <w:p>
      <w:pPr>
        <w:spacing w:after="45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변제를 2회 이상 지체하는 경우 기한의 이익을 상실하고 잔액 전부를 즉시 지급합니다.</w:t>
      </w:r>
    </w:p>
    <w:p>
      <w:pPr>
        <w:spacing w:after="45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주소나 연락처가 변경된 경우 지체 없이 채권자에게 알립니다.</w:t>
      </w:r>
    </w:p>
    <w:p>
      <w:pPr>
        <w:spacing w:after="90" w:before="9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9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채무자 :                                        (서명 또는 인)</w:t>
      </w:r>
    </w:p>
    <w:p>
      <w:pPr>
        <w:spacing w:after="9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채권자 :                                        (서명 또는 인)</w:t>
      </w:r>
    </w:p>
    <w:p>
      <w:pPr>
        <w:spacing w:after="0" w:before="68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서식은 참고용이며, 변제계획의 법적 효력이나 이자율의 적정성 등 구체적인 판단은 법률 전문가에게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