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렌터카 반납확인서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대여·반납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대여업체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이용자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차량번호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대여일시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반납일시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주행거리·연료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53" w:hRule="atLeast"/>
        </w:trPr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대여 시 주행거리</w:t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반납 시 주행거리</w:t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대여 시 연료 게이지</w:t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반납 시 연료 게이지</w:t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상태·부속품 점검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396" w:hRule="atLeast"/>
        </w:trPr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점검 항목</w:t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확인 내용</w:t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이상 여부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396" w:hRule="atLeast"/>
        </w:trPr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396" w:hRule="atLeast"/>
        </w:trPr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396" w:hRule="atLeast"/>
        </w:trPr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396" w:hRule="atLeast"/>
        </w:trPr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396" w:hRule="atLeast"/>
        </w:trPr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396" w:hRule="atLeast"/>
        </w:trPr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추가 요금 확인</w:t>
      </w:r>
    </w:p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연료 부족·파손·초과 주행거리 등 추가 요금이 예상되는 항목과 사유를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134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 내용을 반납 시점에 함께 확인하였음을 확인합니다.</w:t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이용자 :                                        (서명 또는 인)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업체 담당자 :                                        (서명 또는 인)</w:t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파손·연료 관련 최종 청구 금액은 업체의 정산 기준에 따르므로 영수증을 함께 보관하십시오.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