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6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임대료 감액 요청서</w:t>
      </w:r>
    </w:p>
    <w:p>
      <w:pPr>
        <w:spacing w:after="141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당사자 및 목적물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임차인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임차 목적물</w:t>
            </w:r>
          </w:p>
        </w:tc>
        <w:tc>
          <w:tcPr>
            <w:tcW w:type="dxa" w:w="8090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임대인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현재 조건과 요청 조건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1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현재 보증금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현재 월세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현재 관리비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 종료일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19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희망 월세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적용 시작일</w:t>
            </w:r>
          </w:p>
        </w:tc>
        <w:tc>
          <w:tcPr>
            <w:tcW w:type="dxa" w:w="3157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6" w:before="113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요청 사유</w:t>
      </w:r>
    </w:p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감액을 요청하는 사유를 날짜·수치 등 사실 위주로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559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6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3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임대료 조정에 관한 협의를 요청합니다.</w:t>
      </w:r>
    </w:p>
    <w:p>
      <w:pPr>
        <w:spacing w:after="113" w:before="113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3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임차인 :                                        (서명 또는 인)</w:t>
      </w:r>
    </w:p>
    <w:p>
      <w:pPr>
        <w:spacing w:after="0" w:before="85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감액은 임대인의 동의가 있어야 확정됩니다. 합의 내용은 서면으로 남기십시오.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