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월세 납부일 변경 합의서</w:t>
      </w:r>
    </w:p>
    <w:p>
      <w:pPr>
        <w:spacing w:after="13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계약 대상 물건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83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78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3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78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합의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3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월 차임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기존 납부일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3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납부일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적용 시작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그 밖의 합의 사항이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2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내용을 임대인과 임차인이 합의하였음을 확인합니다.</w:t>
      </w:r>
    </w:p>
    <w:p>
      <w:pPr>
        <w:spacing w:after="107" w:before="10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임대인 :                                        (서명 또는 인)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0" w:before="8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월세 금액·계약 기간 변경은 별도 약정으로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