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추  천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피추천인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소속(학교·직장)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직위(학년)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분야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추천인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피추천인과의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함께한 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역량 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항목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탁월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우수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보통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근거 사례</w:t>
            </w:r>
          </w:p>
        </w:tc>
      </w:tr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추천 사유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구체적인 경험과 성과를 들어 추천 사유를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47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보완이 필요한 점이나 그 밖에 전하고 싶은 의견을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7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추천합니다.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추천인 :                                        (서명 또는 인)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제출처에 따라 밀봉 제출이나 직접 발송이 요구될 수 있으므로 제출 방식을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