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영  수  증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영수증번호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발행일자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공급자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상호(판매자)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전화번호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수령자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상호명/개인명(구매자)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거래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품목명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</w:tr>
      <w:tr>
        <w:trPr>
          <w:trHeight w:val="41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 합계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부가세(10%)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합계금액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7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영수증을 발행합니다.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834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판매자 서명(날인)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영수증 발행일로부터 5년간 보관하십시오. 분실 시 발행자에게 사본 발행을 요청할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